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D1B3" w14:textId="77777777" w:rsidR="00E628A0" w:rsidRDefault="00000000">
      <w:pPr>
        <w:spacing w:after="0" w:line="240" w:lineRule="auto"/>
      </w:pPr>
      <w:r>
        <w:t>●●</w:t>
      </w:r>
      <w:r>
        <w:t>殿</w:t>
      </w:r>
    </w:p>
    <w:p w14:paraId="78499A3D" w14:textId="0556F98E" w:rsidR="00E628A0" w:rsidRDefault="00000000" w:rsidP="00F27DD6">
      <w:pPr>
        <w:spacing w:after="0" w:line="240" w:lineRule="auto"/>
        <w:jc w:val="right"/>
      </w:pPr>
      <w:r>
        <w:t xml:space="preserve">年　　</w:t>
      </w:r>
      <w:r w:rsidR="00F27DD6">
        <w:t xml:space="preserve">　　</w:t>
      </w:r>
      <w:r>
        <w:t>月</w:t>
      </w:r>
      <w:r w:rsidR="00F27DD6">
        <w:t xml:space="preserve">　　　　</w:t>
      </w:r>
      <w:r>
        <w:t>日</w:t>
      </w:r>
    </w:p>
    <w:p w14:paraId="3AAF0AAD" w14:textId="75DC8C05" w:rsidR="00E628A0" w:rsidRDefault="00000000">
      <w:pPr>
        <w:spacing w:after="0" w:line="240" w:lineRule="auto"/>
      </w:pPr>
      <w:r>
        <w:t xml:space="preserve">　　　　　　　　　　　　　　　　　　　　　</w:t>
      </w:r>
      <w:r w:rsidR="00F27DD6">
        <w:rPr>
          <w:rFonts w:hint="eastAsia"/>
          <w:lang w:eastAsia="ja-JP"/>
        </w:rPr>
        <w:t xml:space="preserve">　　</w:t>
      </w:r>
      <w:r>
        <w:t>＜</w:t>
      </w:r>
      <w:proofErr w:type="spellStart"/>
      <w:r>
        <w:t>会社名</w:t>
      </w:r>
      <w:proofErr w:type="spellEnd"/>
      <w:r>
        <w:t>＞</w:t>
      </w:r>
    </w:p>
    <w:p w14:paraId="683953B4" w14:textId="77777777" w:rsidR="00E628A0" w:rsidRDefault="00000000">
      <w:pPr>
        <w:spacing w:after="0" w:line="240" w:lineRule="auto"/>
        <w:rPr>
          <w:lang w:eastAsia="ja-JP"/>
        </w:rPr>
      </w:pPr>
      <w:r>
        <w:t xml:space="preserve">　　　　　　　　　　　　　　　　　　　　　　　</w:t>
      </w:r>
      <w:r>
        <w:rPr>
          <w:lang w:eastAsia="ja-JP"/>
        </w:rPr>
        <w:t>＜発行者名＞</w:t>
      </w:r>
    </w:p>
    <w:p w14:paraId="6E4407F5" w14:textId="77777777" w:rsidR="00F27DD6" w:rsidRDefault="00F27DD6">
      <w:pPr>
        <w:spacing w:after="0" w:line="240" w:lineRule="auto"/>
        <w:rPr>
          <w:rFonts w:hint="eastAsia"/>
          <w:lang w:eastAsia="ja-JP"/>
        </w:rPr>
      </w:pPr>
    </w:p>
    <w:p w14:paraId="7A4D1DD1" w14:textId="77777777" w:rsidR="00E628A0" w:rsidRDefault="00E628A0">
      <w:pPr>
        <w:spacing w:after="0" w:line="240" w:lineRule="auto"/>
        <w:rPr>
          <w:lang w:eastAsia="ja-JP"/>
        </w:rPr>
      </w:pPr>
    </w:p>
    <w:p w14:paraId="7B7DDDAC" w14:textId="28F48B29" w:rsidR="00E628A0" w:rsidRPr="00F27DD6" w:rsidRDefault="00000000">
      <w:pPr>
        <w:spacing w:after="0" w:line="240" w:lineRule="auto"/>
        <w:jc w:val="center"/>
        <w:rPr>
          <w:b/>
          <w:bCs/>
          <w:lang w:eastAsia="ja-JP"/>
        </w:rPr>
      </w:pPr>
      <w:r w:rsidRPr="00F27DD6">
        <w:rPr>
          <w:b/>
          <w:bCs/>
          <w:lang w:eastAsia="ja-JP"/>
        </w:rPr>
        <w:t>弁明の機会の付与に関する通知書</w:t>
      </w:r>
    </w:p>
    <w:p w14:paraId="26AE0E57" w14:textId="77777777" w:rsidR="00E628A0" w:rsidRDefault="00E628A0">
      <w:pPr>
        <w:spacing w:after="0" w:line="240" w:lineRule="auto"/>
        <w:rPr>
          <w:lang w:eastAsia="ja-JP"/>
        </w:rPr>
      </w:pPr>
    </w:p>
    <w:p w14:paraId="62CBBE09" w14:textId="77777777" w:rsidR="00F27DD6" w:rsidRDefault="00F27DD6">
      <w:pPr>
        <w:spacing w:after="0" w:line="240" w:lineRule="auto"/>
        <w:rPr>
          <w:rFonts w:hint="eastAsia"/>
          <w:lang w:eastAsia="ja-JP"/>
        </w:rPr>
      </w:pPr>
    </w:p>
    <w:p w14:paraId="7E68E702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今回、</w:t>
      </w:r>
      <w:r>
        <w:rPr>
          <w:lang w:eastAsia="ja-JP"/>
        </w:rPr>
        <w:t>●</w:t>
      </w:r>
      <w:r>
        <w:rPr>
          <w:lang w:eastAsia="ja-JP"/>
        </w:rPr>
        <w:t>月</w:t>
      </w:r>
      <w:r>
        <w:rPr>
          <w:lang w:eastAsia="ja-JP"/>
        </w:rPr>
        <w:t>●</w:t>
      </w:r>
      <w:r>
        <w:rPr>
          <w:lang w:eastAsia="ja-JP"/>
        </w:rPr>
        <w:t>日に実施した</w:t>
      </w:r>
      <w:r>
        <w:rPr>
          <w:lang w:eastAsia="ja-JP"/>
        </w:rPr>
        <w:t>●●</w:t>
      </w:r>
      <w:r>
        <w:rPr>
          <w:lang w:eastAsia="ja-JP"/>
        </w:rPr>
        <w:t>事案の調査を踏まえ、貴殿を「懲戒処分対象者」とした懲罰委員会を設置、開催することとなりました。</w:t>
      </w:r>
    </w:p>
    <w:p w14:paraId="19733BE7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開催にあたり、貴殿は、自己の被疑行為について委員会に対し、弁明することができます。弁明がある場合には、下記に従い、弁明を行ってください。</w:t>
      </w:r>
    </w:p>
    <w:p w14:paraId="74CDD047" w14:textId="77777777" w:rsidR="00E628A0" w:rsidRDefault="00E628A0">
      <w:pPr>
        <w:spacing w:after="0" w:line="240" w:lineRule="auto"/>
        <w:rPr>
          <w:lang w:eastAsia="ja-JP"/>
        </w:rPr>
      </w:pPr>
    </w:p>
    <w:p w14:paraId="16BC18F3" w14:textId="488B7ABC" w:rsidR="00E628A0" w:rsidRDefault="00000000">
      <w:pPr>
        <w:spacing w:after="0" w:line="240" w:lineRule="auto"/>
        <w:jc w:val="center"/>
        <w:rPr>
          <w:lang w:eastAsia="ja-JP"/>
        </w:rPr>
      </w:pPr>
      <w:r>
        <w:rPr>
          <w:lang w:eastAsia="ja-JP"/>
        </w:rPr>
        <w:t>記</w:t>
      </w:r>
    </w:p>
    <w:p w14:paraId="4915DE25" w14:textId="77777777" w:rsidR="00E628A0" w:rsidRDefault="00E628A0">
      <w:pPr>
        <w:spacing w:after="0" w:line="240" w:lineRule="auto"/>
        <w:rPr>
          <w:lang w:eastAsia="ja-JP"/>
        </w:rPr>
      </w:pPr>
    </w:p>
    <w:p w14:paraId="66F8104C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1.</w:t>
      </w:r>
      <w:r>
        <w:rPr>
          <w:lang w:eastAsia="ja-JP"/>
        </w:rPr>
        <w:t>事案（被疑行為）</w:t>
      </w:r>
    </w:p>
    <w:p w14:paraId="5596322A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</w:t>
      </w:r>
      <w:r>
        <w:rPr>
          <w:lang w:eastAsia="ja-JP"/>
        </w:rPr>
        <w:t>●</w:t>
      </w:r>
      <w:r>
        <w:rPr>
          <w:lang w:eastAsia="ja-JP"/>
        </w:rPr>
        <w:t>年</w:t>
      </w:r>
      <w:r>
        <w:rPr>
          <w:lang w:eastAsia="ja-JP"/>
        </w:rPr>
        <w:t>●</w:t>
      </w:r>
      <w:r>
        <w:rPr>
          <w:lang w:eastAsia="ja-JP"/>
        </w:rPr>
        <w:t>月</w:t>
      </w:r>
      <w:r>
        <w:rPr>
          <w:lang w:eastAsia="ja-JP"/>
        </w:rPr>
        <w:t>●</w:t>
      </w:r>
      <w:r>
        <w:rPr>
          <w:lang w:eastAsia="ja-JP"/>
        </w:rPr>
        <w:t>日</w:t>
      </w:r>
      <w:r>
        <w:rPr>
          <w:lang w:eastAsia="ja-JP"/>
        </w:rPr>
        <w:t>(●)</w:t>
      </w:r>
      <w:r>
        <w:rPr>
          <w:lang w:eastAsia="ja-JP"/>
        </w:rPr>
        <w:t>に発生した事案を始め、別紙の一連の言動に対するもの。</w:t>
      </w:r>
    </w:p>
    <w:p w14:paraId="7E0F4713" w14:textId="77777777" w:rsidR="00E628A0" w:rsidRDefault="00E628A0">
      <w:pPr>
        <w:spacing w:after="0" w:line="240" w:lineRule="auto"/>
        <w:rPr>
          <w:lang w:eastAsia="ja-JP"/>
        </w:rPr>
      </w:pPr>
    </w:p>
    <w:p w14:paraId="2B26B198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2.</w:t>
      </w:r>
      <w:r>
        <w:rPr>
          <w:lang w:eastAsia="ja-JP"/>
        </w:rPr>
        <w:t>弁明の手段</w:t>
      </w:r>
    </w:p>
    <w:p w14:paraId="0677DA48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・</w:t>
      </w:r>
      <w:r>
        <w:rPr>
          <w:lang w:eastAsia="ja-JP"/>
        </w:rPr>
        <w:t>A4</w:t>
      </w:r>
      <w:r>
        <w:rPr>
          <w:lang w:eastAsia="ja-JP"/>
        </w:rPr>
        <w:t>サイズによる書面の提出</w:t>
      </w:r>
    </w:p>
    <w:p w14:paraId="3EFDA943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・弁明は、弁明のある事案ごとに記載をお願いします</w:t>
      </w:r>
    </w:p>
    <w:p w14:paraId="24535685" w14:textId="77777777" w:rsidR="00E628A0" w:rsidRDefault="00E628A0">
      <w:pPr>
        <w:spacing w:after="0" w:line="240" w:lineRule="auto"/>
        <w:rPr>
          <w:lang w:eastAsia="ja-JP"/>
        </w:rPr>
      </w:pPr>
    </w:p>
    <w:p w14:paraId="2C2AE45D" w14:textId="77777777" w:rsidR="00E628A0" w:rsidRDefault="00000000">
      <w:pPr>
        <w:spacing w:after="0" w:line="240" w:lineRule="auto"/>
      </w:pPr>
      <w:r>
        <w:t>3.</w:t>
      </w:r>
      <w:r>
        <w:t>提出期限（必着）</w:t>
      </w:r>
    </w:p>
    <w:p w14:paraId="04879888" w14:textId="77777777" w:rsidR="00E628A0" w:rsidRDefault="00000000">
      <w:pPr>
        <w:spacing w:after="0" w:line="240" w:lineRule="auto"/>
      </w:pPr>
      <w:r>
        <w:t xml:space="preserve">　</w:t>
      </w:r>
      <w:r>
        <w:t>●</w:t>
      </w:r>
      <w:r>
        <w:t>年</w:t>
      </w:r>
      <w:r>
        <w:t>●</w:t>
      </w:r>
      <w:r>
        <w:t>月</w:t>
      </w:r>
      <w:r>
        <w:t>●</w:t>
      </w:r>
      <w:r>
        <w:t>日</w:t>
      </w:r>
      <w:r>
        <w:t>(●)●</w:t>
      </w:r>
      <w:r>
        <w:t>時</w:t>
      </w:r>
    </w:p>
    <w:p w14:paraId="60F35D97" w14:textId="77777777" w:rsidR="00E628A0" w:rsidRDefault="00E628A0">
      <w:pPr>
        <w:spacing w:after="0" w:line="240" w:lineRule="auto"/>
      </w:pPr>
    </w:p>
    <w:p w14:paraId="735A4EEE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4.</w:t>
      </w:r>
      <w:r>
        <w:rPr>
          <w:lang w:eastAsia="ja-JP"/>
        </w:rPr>
        <w:t>提出方法</w:t>
      </w:r>
    </w:p>
    <w:p w14:paraId="6A9301EF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以下のいずれかの提出方法</w:t>
      </w:r>
    </w:p>
    <w:p w14:paraId="24BE293C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</w:t>
      </w:r>
      <w:r>
        <w:rPr>
          <w:lang w:eastAsia="ja-JP"/>
        </w:rPr>
        <w:t>①</w:t>
      </w:r>
      <w:r>
        <w:rPr>
          <w:lang w:eastAsia="ja-JP"/>
        </w:rPr>
        <w:t>メールによる提出</w:t>
      </w:r>
    </w:p>
    <w:p w14:paraId="78B6EC2F" w14:textId="77777777" w:rsidR="00F27DD6" w:rsidRDefault="00000000" w:rsidP="00F27DD6">
      <w:pPr>
        <w:spacing w:after="0" w:line="240" w:lineRule="auto"/>
        <w:ind w:left="400" w:hangingChars="200" w:hanging="400"/>
        <w:rPr>
          <w:lang w:eastAsia="ja-JP"/>
        </w:rPr>
      </w:pPr>
      <w:r>
        <w:rPr>
          <w:lang w:eastAsia="ja-JP"/>
        </w:rPr>
        <w:t xml:space="preserve">　　</w:t>
      </w:r>
      <w:r>
        <w:rPr>
          <w:lang w:eastAsia="ja-JP"/>
        </w:rPr>
        <w:t>3</w:t>
      </w:r>
      <w:r>
        <w:rPr>
          <w:lang w:eastAsia="ja-JP"/>
        </w:rPr>
        <w:t>に掲げる提出期限までに到達するよう、以下のアドレスに、添付ファイルとして送信をお願いします。</w:t>
      </w:r>
    </w:p>
    <w:p w14:paraId="7FC0625D" w14:textId="68254437" w:rsidR="00E628A0" w:rsidRDefault="00000000" w:rsidP="00F27DD6">
      <w:pPr>
        <w:spacing w:after="0" w:line="240" w:lineRule="auto"/>
        <w:ind w:leftChars="200" w:left="400"/>
        <w:rPr>
          <w:lang w:eastAsia="ja-JP"/>
        </w:rPr>
      </w:pPr>
      <w:r>
        <w:rPr>
          <w:lang w:eastAsia="ja-JP"/>
        </w:rPr>
        <w:t>会社は受信後に、受信した旨の返信を行います。</w:t>
      </w:r>
    </w:p>
    <w:p w14:paraId="6846DBCB" w14:textId="7F09096C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　受信確認のメールが到着しないとき、受信確認をしたい場合には、別途、電話でご連絡ください。</w:t>
      </w:r>
    </w:p>
    <w:p w14:paraId="016AFB7A" w14:textId="77777777" w:rsidR="00E628A0" w:rsidRPr="00F27DD6" w:rsidRDefault="00E628A0">
      <w:pPr>
        <w:spacing w:after="0" w:line="240" w:lineRule="auto"/>
        <w:rPr>
          <w:lang w:eastAsia="ja-JP"/>
        </w:rPr>
      </w:pPr>
    </w:p>
    <w:p w14:paraId="003E2D0C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　・送付アドレス</w:t>
      </w:r>
    </w:p>
    <w:p w14:paraId="6C52E1E6" w14:textId="77777777" w:rsidR="00E628A0" w:rsidRDefault="00E628A0">
      <w:pPr>
        <w:spacing w:after="0" w:line="240" w:lineRule="auto"/>
        <w:rPr>
          <w:lang w:eastAsia="ja-JP"/>
        </w:rPr>
      </w:pPr>
    </w:p>
    <w:p w14:paraId="42B13744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　・受信に係る電話連絡番号</w:t>
      </w:r>
    </w:p>
    <w:p w14:paraId="23A1FFB3" w14:textId="77777777" w:rsidR="00E628A0" w:rsidRDefault="00E628A0">
      <w:pPr>
        <w:spacing w:after="0" w:line="240" w:lineRule="auto"/>
        <w:rPr>
          <w:lang w:eastAsia="ja-JP"/>
        </w:rPr>
      </w:pPr>
    </w:p>
    <w:p w14:paraId="18DB4142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</w:t>
      </w:r>
      <w:r>
        <w:rPr>
          <w:lang w:eastAsia="ja-JP"/>
        </w:rPr>
        <w:t>②</w:t>
      </w:r>
      <w:r>
        <w:rPr>
          <w:lang w:eastAsia="ja-JP"/>
        </w:rPr>
        <w:t>郵送等での提出</w:t>
      </w:r>
    </w:p>
    <w:p w14:paraId="6BB38FBE" w14:textId="77777777" w:rsidR="00F27DD6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　</w:t>
      </w:r>
      <w:r>
        <w:rPr>
          <w:lang w:eastAsia="ja-JP"/>
        </w:rPr>
        <w:t>3</w:t>
      </w:r>
      <w:r>
        <w:rPr>
          <w:lang w:eastAsia="ja-JP"/>
        </w:rPr>
        <w:t>に掲げる提出期限必達にて、以下の送付先に、配達記録が残り、確実に届く方法にて郵送等をお願いします。</w:t>
      </w:r>
    </w:p>
    <w:p w14:paraId="71CD68D9" w14:textId="77777777" w:rsidR="00F27DD6" w:rsidRDefault="00000000" w:rsidP="00F27DD6">
      <w:pPr>
        <w:spacing w:after="0" w:line="240" w:lineRule="auto"/>
        <w:ind w:firstLineChars="200" w:firstLine="400"/>
        <w:rPr>
          <w:lang w:eastAsia="ja-JP"/>
        </w:rPr>
      </w:pPr>
      <w:r>
        <w:rPr>
          <w:lang w:eastAsia="ja-JP"/>
        </w:rPr>
        <w:t>到着確認は、</w:t>
      </w:r>
      <w:r>
        <w:rPr>
          <w:lang w:eastAsia="ja-JP"/>
        </w:rPr>
        <w:t>①</w:t>
      </w:r>
      <w:r>
        <w:rPr>
          <w:lang w:eastAsia="ja-JP"/>
        </w:rPr>
        <w:t>の「受信に係る電話連絡番号」に連絡することで行うことができます。</w:t>
      </w:r>
    </w:p>
    <w:p w14:paraId="2E63428A" w14:textId="2E5B3027" w:rsidR="00E628A0" w:rsidRDefault="00000000" w:rsidP="00F27DD6">
      <w:pPr>
        <w:spacing w:after="0" w:line="240" w:lineRule="auto"/>
        <w:ind w:firstLineChars="200" w:firstLine="400"/>
        <w:rPr>
          <w:lang w:eastAsia="ja-JP"/>
        </w:rPr>
      </w:pPr>
      <w:r>
        <w:rPr>
          <w:lang w:eastAsia="ja-JP"/>
        </w:rPr>
        <w:t>なお、提出</w:t>
      </w:r>
      <w:r w:rsidR="00F27DD6">
        <w:rPr>
          <w:rFonts w:hint="eastAsia"/>
          <w:lang w:eastAsia="ja-JP"/>
        </w:rPr>
        <w:t>の</w:t>
      </w:r>
      <w:r>
        <w:rPr>
          <w:lang w:eastAsia="ja-JP"/>
        </w:rPr>
        <w:t>書面は</w:t>
      </w:r>
      <w:r>
        <w:rPr>
          <w:lang w:eastAsia="ja-JP"/>
        </w:rPr>
        <w:t>1</w:t>
      </w:r>
      <w:r>
        <w:rPr>
          <w:lang w:eastAsia="ja-JP"/>
        </w:rPr>
        <w:t>部のみの提出で構いません。</w:t>
      </w:r>
    </w:p>
    <w:p w14:paraId="30FC7F80" w14:textId="77777777" w:rsidR="00E628A0" w:rsidRPr="00F27DD6" w:rsidRDefault="00E628A0">
      <w:pPr>
        <w:spacing w:after="0" w:line="240" w:lineRule="auto"/>
        <w:rPr>
          <w:lang w:eastAsia="ja-JP"/>
        </w:rPr>
      </w:pPr>
    </w:p>
    <w:p w14:paraId="61B42365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　・送付先住所等</w:t>
      </w:r>
    </w:p>
    <w:p w14:paraId="700AF6C5" w14:textId="77777777" w:rsidR="00E628A0" w:rsidRDefault="00E628A0">
      <w:pPr>
        <w:spacing w:after="0" w:line="240" w:lineRule="auto"/>
        <w:rPr>
          <w:rFonts w:hint="eastAsia"/>
          <w:lang w:eastAsia="ja-JP"/>
        </w:rPr>
      </w:pPr>
    </w:p>
    <w:p w14:paraId="6FA9D6CE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>5.</w:t>
      </w:r>
      <w:r>
        <w:rPr>
          <w:lang w:eastAsia="ja-JP"/>
        </w:rPr>
        <w:t>その他</w:t>
      </w:r>
    </w:p>
    <w:p w14:paraId="61A284C2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・弁明に係る文書は、その写し等を手元に残すようにしてください。</w:t>
      </w:r>
    </w:p>
    <w:p w14:paraId="32CC0448" w14:textId="77777777" w:rsidR="00E628A0" w:rsidRDefault="00000000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・提出期限に届いていない場合には、弁明事項がない、または、弁明の機会を行使しないものとして扱います。</w:t>
      </w:r>
    </w:p>
    <w:p w14:paraId="57CD1705" w14:textId="77777777" w:rsidR="00E628A0" w:rsidRDefault="00E628A0">
      <w:pPr>
        <w:spacing w:after="0" w:line="240" w:lineRule="auto"/>
        <w:rPr>
          <w:lang w:eastAsia="ja-JP"/>
        </w:rPr>
      </w:pPr>
    </w:p>
    <w:p w14:paraId="4A34D6E7" w14:textId="77777777" w:rsidR="00F27DD6" w:rsidRDefault="00F27DD6">
      <w:pPr>
        <w:spacing w:after="0" w:line="240" w:lineRule="auto"/>
        <w:rPr>
          <w:rFonts w:hint="eastAsia"/>
          <w:lang w:eastAsia="ja-JP"/>
        </w:rPr>
      </w:pPr>
    </w:p>
    <w:p w14:paraId="3CC8955E" w14:textId="77777777" w:rsidR="00F27DD6" w:rsidRDefault="00000000">
      <w:pPr>
        <w:spacing w:after="0" w:line="240" w:lineRule="auto"/>
        <w:jc w:val="center"/>
        <w:rPr>
          <w:lang w:eastAsia="ja-JP"/>
        </w:rPr>
      </w:pPr>
      <w:r>
        <w:rPr>
          <w:lang w:eastAsia="ja-JP"/>
        </w:rPr>
        <w:t xml:space="preserve">　　　　　　　　　　　　　　　　　　　　　　　　　　　　　　</w:t>
      </w:r>
    </w:p>
    <w:p w14:paraId="71F904FD" w14:textId="7B531138" w:rsidR="00E628A0" w:rsidRDefault="00000000" w:rsidP="00F27DD6">
      <w:pPr>
        <w:spacing w:after="0" w:line="240" w:lineRule="auto"/>
        <w:jc w:val="right"/>
      </w:pPr>
      <w:proofErr w:type="spellStart"/>
      <w:r>
        <w:t>以上</w:t>
      </w:r>
      <w:proofErr w:type="spellEnd"/>
    </w:p>
    <w:sectPr w:rsidR="00E628A0" w:rsidSect="00584F16">
      <w:pgSz w:w="12240" w:h="15840" w:code="1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7014711">
    <w:abstractNumId w:val="8"/>
  </w:num>
  <w:num w:numId="2" w16cid:durableId="530194486">
    <w:abstractNumId w:val="6"/>
  </w:num>
  <w:num w:numId="3" w16cid:durableId="952442203">
    <w:abstractNumId w:val="5"/>
  </w:num>
  <w:num w:numId="4" w16cid:durableId="283074565">
    <w:abstractNumId w:val="4"/>
  </w:num>
  <w:num w:numId="5" w16cid:durableId="1598059576">
    <w:abstractNumId w:val="7"/>
  </w:num>
  <w:num w:numId="6" w16cid:durableId="363480468">
    <w:abstractNumId w:val="3"/>
  </w:num>
  <w:num w:numId="7" w16cid:durableId="881135711">
    <w:abstractNumId w:val="2"/>
  </w:num>
  <w:num w:numId="8" w16cid:durableId="1529178690">
    <w:abstractNumId w:val="1"/>
  </w:num>
  <w:num w:numId="9" w16cid:durableId="21759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4F16"/>
    <w:rsid w:val="00643CDE"/>
    <w:rsid w:val="00AA1D8D"/>
    <w:rsid w:val="00B47730"/>
    <w:rsid w:val="00CB0664"/>
    <w:rsid w:val="00E628A0"/>
    <w:rsid w:val="00F27D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FDEA2B"/>
  <w14:defaultImageDpi w14:val="300"/>
  <w15:docId w15:val="{5738BEA3-3B4F-4493-B31E-7FF8C61A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ゴシック" w:hAnsi="ＭＳ 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菜摘 古澤</cp:lastModifiedBy>
  <cp:revision>3</cp:revision>
  <dcterms:created xsi:type="dcterms:W3CDTF">2013-12-23T23:15:00Z</dcterms:created>
  <dcterms:modified xsi:type="dcterms:W3CDTF">2026-08-05T06:34:00Z</dcterms:modified>
  <cp:category/>
</cp:coreProperties>
</file>