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992F" w14:textId="3E95DFB2" w:rsidR="00614D70" w:rsidRDefault="00000000" w:rsidP="003650C8">
      <w:pPr>
        <w:spacing w:after="120"/>
        <w:ind w:leftChars="1800" w:left="3780"/>
      </w:pPr>
      <w:r>
        <w:rPr>
          <w:sz w:val="32"/>
        </w:rPr>
        <w:t>健　康　保　険</w:t>
      </w:r>
      <w:r>
        <w:rPr>
          <w:sz w:val="32"/>
        </w:rPr>
        <w:br/>
        <w:t>厚 生 年 金 保 険</w:t>
      </w:r>
      <w:r>
        <w:rPr>
          <w:sz w:val="28"/>
        </w:rPr>
        <w:t xml:space="preserve"> </w:t>
      </w:r>
      <w:r w:rsidR="003650C8">
        <w:rPr>
          <w:rFonts w:ascii="ＭＳ 明朝" w:eastAsia="ＭＳ 明朝" w:hAnsi="ＭＳ 明朝" w:cs="ＭＳ 明朝" w:hint="eastAsia"/>
          <w:sz w:val="28"/>
          <w:lang w:eastAsia="ja-JP"/>
        </w:rPr>
        <w:t xml:space="preserve">　</w:t>
      </w:r>
      <w:proofErr w:type="spellStart"/>
      <w:r>
        <w:rPr>
          <w:sz w:val="28"/>
        </w:rPr>
        <w:t>任意適用申請同意書</w:t>
      </w:r>
      <w:proofErr w:type="spellEnd"/>
    </w:p>
    <w:p w14:paraId="43FD72DF" w14:textId="77777777" w:rsidR="00614D70" w:rsidRDefault="00000000">
      <w:pPr>
        <w:spacing w:after="120"/>
        <w:jc w:val="center"/>
        <w:rPr>
          <w:lang w:eastAsia="ja-JP"/>
        </w:rPr>
      </w:pPr>
      <w:r>
        <w:rPr>
          <w:lang w:eastAsia="ja-JP"/>
        </w:rPr>
        <w:t>健康保険法第３１条及び厚生年金保険法第６条第３項、第４項の規定による適用事業所となることに同意します。</w:t>
      </w: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2"/>
        <w:gridCol w:w="4053"/>
        <w:gridCol w:w="2296"/>
        <w:gridCol w:w="5527"/>
      </w:tblGrid>
      <w:tr w:rsidR="00614D70" w14:paraId="1453837A" w14:textId="77777777">
        <w:trPr>
          <w:cantSplit/>
          <w:trHeight w:hRule="exact" w:val="595"/>
          <w:jc w:val="center"/>
        </w:trPr>
        <w:tc>
          <w:tcPr>
            <w:tcW w:w="218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D2CA3D5" w14:textId="77777777" w:rsidR="00614D70" w:rsidRDefault="00000000">
            <w:pPr>
              <w:spacing w:line="240" w:lineRule="auto"/>
              <w:jc w:val="center"/>
            </w:pPr>
            <w:proofErr w:type="spellStart"/>
            <w:r>
              <w:t>事業所の名称</w:t>
            </w:r>
            <w:proofErr w:type="spellEnd"/>
          </w:p>
        </w:tc>
        <w:tc>
          <w:tcPr>
            <w:tcW w:w="4053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49625E0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29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37FA2F" w14:textId="77777777" w:rsidR="00614D70" w:rsidRDefault="00000000">
            <w:pPr>
              <w:spacing w:line="240" w:lineRule="auto"/>
              <w:jc w:val="center"/>
            </w:pPr>
            <w:r>
              <w:t>事業所の所在地</w:t>
            </w:r>
          </w:p>
        </w:tc>
        <w:tc>
          <w:tcPr>
            <w:tcW w:w="552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185C7EC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7A44EDF8" w14:textId="77777777">
        <w:trPr>
          <w:cantSplit/>
          <w:trHeight w:hRule="exact" w:val="595"/>
          <w:jc w:val="center"/>
        </w:trPr>
        <w:tc>
          <w:tcPr>
            <w:tcW w:w="2182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E79185" w14:textId="77777777" w:rsidR="00614D70" w:rsidRDefault="00000000">
            <w:pPr>
              <w:spacing w:line="240" w:lineRule="auto"/>
              <w:jc w:val="center"/>
              <w:rPr>
                <w:lang w:eastAsia="ja-JP"/>
              </w:rPr>
            </w:pPr>
            <w:r>
              <w:rPr>
                <w:sz w:val="18"/>
                <w:lang w:eastAsia="ja-JP"/>
              </w:rPr>
              <w:t>使用される者の数</w:t>
            </w:r>
            <w:r>
              <w:rPr>
                <w:sz w:val="18"/>
                <w:lang w:eastAsia="ja-JP"/>
              </w:rPr>
              <w:br/>
              <w:t>(被保険者となるべき者)</w:t>
            </w:r>
          </w:p>
        </w:tc>
        <w:tc>
          <w:tcPr>
            <w:tcW w:w="4053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8C68FFA" w14:textId="77777777" w:rsidR="00614D70" w:rsidRDefault="00000000">
            <w:pPr>
              <w:spacing w:line="240" w:lineRule="auto"/>
              <w:jc w:val="right"/>
            </w:pPr>
            <w:r>
              <w:t>名</w:t>
            </w:r>
          </w:p>
        </w:tc>
        <w:tc>
          <w:tcPr>
            <w:tcW w:w="229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8E62E8" w14:textId="77777777" w:rsidR="00614D70" w:rsidRDefault="00000000">
            <w:pPr>
              <w:spacing w:line="240" w:lineRule="auto"/>
              <w:jc w:val="center"/>
              <w:rPr>
                <w:lang w:eastAsia="ja-JP"/>
              </w:rPr>
            </w:pPr>
            <w:r>
              <w:rPr>
                <w:sz w:val="19"/>
                <w:lang w:eastAsia="ja-JP"/>
              </w:rPr>
              <w:t>左記のうち同意</w:t>
            </w:r>
            <w:r>
              <w:rPr>
                <w:sz w:val="19"/>
                <w:lang w:eastAsia="ja-JP"/>
              </w:rPr>
              <w:br/>
              <w:t>する者の数</w:t>
            </w:r>
          </w:p>
        </w:tc>
        <w:tc>
          <w:tcPr>
            <w:tcW w:w="552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5752624" w14:textId="77777777" w:rsidR="00614D70" w:rsidRDefault="00000000">
            <w:pPr>
              <w:spacing w:line="240" w:lineRule="auto"/>
              <w:jc w:val="right"/>
            </w:pPr>
            <w:r>
              <w:t>名</w:t>
            </w:r>
          </w:p>
        </w:tc>
      </w:tr>
    </w:tbl>
    <w:p w14:paraId="416A3A74" w14:textId="77777777" w:rsidR="00614D70" w:rsidRDefault="00000000">
      <w:pPr>
        <w:spacing w:before="120" w:after="40"/>
        <w:ind w:left="198"/>
      </w:pPr>
      <w:r>
        <w:rPr>
          <w:sz w:val="22"/>
        </w:rPr>
        <w:t>〔同意欄〕</w:t>
      </w: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2749"/>
        <w:gridCol w:w="2777"/>
        <w:gridCol w:w="7766"/>
      </w:tblGrid>
      <w:tr w:rsidR="00614D70" w14:paraId="274E29C7" w14:textId="77777777">
        <w:trPr>
          <w:cantSplit/>
          <w:trHeight w:hRule="exact" w:val="539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3515B9E" w14:textId="77777777" w:rsidR="00614D70" w:rsidRDefault="00000000">
            <w:pPr>
              <w:spacing w:line="240" w:lineRule="auto"/>
              <w:jc w:val="center"/>
            </w:pPr>
            <w:r>
              <w:t>番号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3349052" w14:textId="77777777" w:rsidR="00614D70" w:rsidRDefault="00000000">
            <w:pPr>
              <w:spacing w:line="240" w:lineRule="auto"/>
              <w:jc w:val="center"/>
            </w:pPr>
            <w:r>
              <w:t>同意する者の氏名</w:t>
            </w: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2915E0D" w14:textId="77777777" w:rsidR="00614D70" w:rsidRDefault="00000000">
            <w:pPr>
              <w:spacing w:line="240" w:lineRule="auto"/>
              <w:jc w:val="center"/>
              <w:rPr>
                <w:lang w:eastAsia="ja-JP"/>
              </w:rPr>
            </w:pPr>
            <w:r>
              <w:rPr>
                <w:lang w:eastAsia="ja-JP"/>
              </w:rPr>
              <w:t>同意する者の生年月日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DD1DE68" w14:textId="77777777" w:rsidR="00614D70" w:rsidRDefault="00000000">
            <w:pPr>
              <w:spacing w:line="240" w:lineRule="auto"/>
              <w:jc w:val="center"/>
            </w:pPr>
            <w:proofErr w:type="spellStart"/>
            <w:r>
              <w:t>同意する者の住所</w:t>
            </w:r>
            <w:proofErr w:type="spellEnd"/>
          </w:p>
        </w:tc>
      </w:tr>
      <w:tr w:rsidR="00614D70" w14:paraId="199CBEB1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CA583A4" w14:textId="77777777" w:rsidR="00614D70" w:rsidRDefault="00000000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4B82E4D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8D52666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42EFC96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5BC0B6DA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D4C489F" w14:textId="77777777" w:rsidR="00614D70" w:rsidRDefault="0000000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8AB7B4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EB65A37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4AFEA6A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0C2166D5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B33BAF1" w14:textId="77777777" w:rsidR="00614D70" w:rsidRDefault="00000000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A9758AF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B32270F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E116375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7DD5C085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872BF5C" w14:textId="77777777" w:rsidR="00614D70" w:rsidRDefault="0000000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5241F49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5D11EE5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29AF5D5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54225A5D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C47ADD9" w14:textId="77777777" w:rsidR="00614D70" w:rsidRDefault="0000000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4E5174E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3BBCB06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6688E27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2B342A66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4F186B7" w14:textId="77777777" w:rsidR="00614D70" w:rsidRDefault="0000000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0C9E7A9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CC8F551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7803BD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617EE4D8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B4B6280" w14:textId="77777777" w:rsidR="00614D70" w:rsidRDefault="00000000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60E7B00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491992C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0AE1595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7F94D8A5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C1E2C13" w14:textId="77777777" w:rsidR="00614D70" w:rsidRDefault="00000000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C8DCD8A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712EB8B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BE3071D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47B61065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C482E8D" w14:textId="77777777" w:rsidR="00614D70" w:rsidRDefault="00000000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82E8D65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CF3420B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B397E7B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6AA257B8" w14:textId="77777777">
        <w:trPr>
          <w:cantSplit/>
          <w:trHeight w:hRule="exact" w:val="567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E9FD91F" w14:textId="77777777" w:rsidR="00614D70" w:rsidRDefault="0000000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559395A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AFA094A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5431C52" w14:textId="77777777" w:rsidR="00614D70" w:rsidRDefault="00614D70">
            <w:pPr>
              <w:spacing w:line="240" w:lineRule="auto"/>
              <w:jc w:val="center"/>
            </w:pPr>
          </w:p>
        </w:tc>
      </w:tr>
    </w:tbl>
    <w:p w14:paraId="710C1731" w14:textId="77777777" w:rsidR="00614D70" w:rsidRDefault="00000000">
      <w:pPr>
        <w:rPr>
          <w:rFonts w:eastAsiaTheme="minorEastAsia"/>
          <w:lang w:eastAsia="ja-JP"/>
        </w:rPr>
      </w:pPr>
      <w:r>
        <w:br w:type="page"/>
      </w:r>
    </w:p>
    <w:p w14:paraId="38798B34" w14:textId="77777777" w:rsidR="003650C8" w:rsidRDefault="003650C8">
      <w:pPr>
        <w:rPr>
          <w:rFonts w:eastAsiaTheme="minorEastAsia"/>
          <w:lang w:eastAsia="ja-JP"/>
        </w:rPr>
      </w:pPr>
    </w:p>
    <w:p w14:paraId="4867019E" w14:textId="5B26CE73" w:rsidR="003650C8" w:rsidRPr="003650C8" w:rsidRDefault="003650C8" w:rsidP="003650C8">
      <w:pPr>
        <w:jc w:val="right"/>
        <w:rPr>
          <w:rFonts w:eastAsiaTheme="minorEastAsia" w:hint="eastAsia"/>
          <w:lang w:eastAsia="ja-JP"/>
        </w:rPr>
      </w:pPr>
      <w:r w:rsidRPr="003650C8">
        <w:rPr>
          <w:rFonts w:eastAsiaTheme="minorEastAsia"/>
          <w:lang w:eastAsia="ja-JP"/>
        </w:rPr>
        <w:t>（続紙）</w:t>
      </w:r>
    </w:p>
    <w:p w14:paraId="437454F6" w14:textId="4E9B0D11" w:rsidR="003650C8" w:rsidRPr="003650C8" w:rsidRDefault="003650C8" w:rsidP="003650C8">
      <w:pPr>
        <w:ind w:firstLineChars="200" w:firstLine="420"/>
        <w:rPr>
          <w:rFonts w:eastAsiaTheme="minorEastAsia" w:hint="eastAsia"/>
          <w:lang w:eastAsia="ja-JP"/>
        </w:rPr>
      </w:pPr>
      <w:r w:rsidRPr="003650C8">
        <w:rPr>
          <w:rFonts w:eastAsiaTheme="minorEastAsia"/>
          <w:lang w:eastAsia="ja-JP"/>
        </w:rPr>
        <w:t>〔同意欄〕</w:t>
      </w: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2749"/>
        <w:gridCol w:w="2777"/>
        <w:gridCol w:w="7767"/>
      </w:tblGrid>
      <w:tr w:rsidR="00614D70" w14:paraId="008CD484" w14:textId="77777777" w:rsidTr="003650C8">
        <w:trPr>
          <w:cantSplit/>
          <w:trHeight w:hRule="exact" w:val="539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1F56CB6" w14:textId="77777777" w:rsidR="00614D70" w:rsidRDefault="00000000">
            <w:pPr>
              <w:spacing w:line="240" w:lineRule="auto"/>
              <w:jc w:val="center"/>
            </w:pPr>
            <w:proofErr w:type="spellStart"/>
            <w:r>
              <w:t>番号</w:t>
            </w:r>
            <w:proofErr w:type="spellEnd"/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F5869BD" w14:textId="77777777" w:rsidR="00614D70" w:rsidRDefault="00000000">
            <w:pPr>
              <w:spacing w:line="240" w:lineRule="auto"/>
              <w:jc w:val="center"/>
            </w:pPr>
            <w:r>
              <w:t>同意する者の氏名</w:t>
            </w: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DDD7FE0" w14:textId="77777777" w:rsidR="00614D70" w:rsidRDefault="00000000">
            <w:pPr>
              <w:spacing w:line="240" w:lineRule="auto"/>
              <w:jc w:val="center"/>
              <w:rPr>
                <w:lang w:eastAsia="ja-JP"/>
              </w:rPr>
            </w:pPr>
            <w:r>
              <w:rPr>
                <w:lang w:eastAsia="ja-JP"/>
              </w:rPr>
              <w:t>同意する者の生年月日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57FBD45" w14:textId="77777777" w:rsidR="00614D70" w:rsidRDefault="00000000">
            <w:pPr>
              <w:spacing w:line="240" w:lineRule="auto"/>
              <w:jc w:val="center"/>
            </w:pPr>
            <w:proofErr w:type="spellStart"/>
            <w:r>
              <w:t>同意する者の住所</w:t>
            </w:r>
            <w:proofErr w:type="spellEnd"/>
          </w:p>
        </w:tc>
      </w:tr>
      <w:tr w:rsidR="00614D70" w14:paraId="5ECA88CB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5C17444" w14:textId="77777777" w:rsidR="00614D70" w:rsidRDefault="00000000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99623E7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EC39FE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479C6C0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58ED33C9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AEEB3CF" w14:textId="77777777" w:rsidR="00614D70" w:rsidRDefault="0000000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274BA6E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320EA92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0D3D05D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308B6167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EE8821C" w14:textId="77777777" w:rsidR="00614D70" w:rsidRDefault="00000000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8D4342D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FE2918A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1F64A41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744AB06D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E247253" w14:textId="77777777" w:rsidR="00614D70" w:rsidRDefault="00000000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742C60E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7B4A9C8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8E214F4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79E50655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05F32FE" w14:textId="77777777" w:rsidR="00614D70" w:rsidRDefault="00000000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F341B9C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13E159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EB8FD94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3F32535E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30D679" w14:textId="77777777" w:rsidR="00614D70" w:rsidRDefault="00000000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6A0D9DF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3D2E16E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C1F1340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3D1FEF31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8B5242E" w14:textId="77777777" w:rsidR="00614D70" w:rsidRDefault="00000000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839A2D3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6282F46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EAA7A3B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2AEC59E3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D2808C4" w14:textId="77777777" w:rsidR="00614D70" w:rsidRDefault="00000000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3E4F223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12A05A1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426ADF5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43AEFDFB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84110B0" w14:textId="77777777" w:rsidR="00614D70" w:rsidRDefault="00000000">
            <w:pPr>
              <w:spacing w:line="240" w:lineRule="auto"/>
              <w:jc w:val="center"/>
            </w:pPr>
            <w:r>
              <w:t>19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32A04C3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E0551A0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D196E73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1DA22D4F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B52559C" w14:textId="77777777" w:rsidR="00614D70" w:rsidRDefault="00000000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0AB09D5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CA4E0C9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C503F89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1D51954F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1B0EE90" w14:textId="77777777" w:rsidR="00614D70" w:rsidRDefault="00000000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BBCF35D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AD103BD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F89320B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42AFD2C3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D9ABD9" w14:textId="77777777" w:rsidR="00614D70" w:rsidRDefault="00000000">
            <w:pPr>
              <w:spacing w:line="240" w:lineRule="auto"/>
              <w:jc w:val="center"/>
            </w:pPr>
            <w:r>
              <w:t>22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2A28DDC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128E539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8EE8D4F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045B7819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E354C1E" w14:textId="77777777" w:rsidR="00614D70" w:rsidRDefault="00000000">
            <w:pPr>
              <w:spacing w:line="240" w:lineRule="auto"/>
              <w:jc w:val="center"/>
            </w:pPr>
            <w:r>
              <w:t>23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DB60D78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C2F5DBB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02B9E0E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3F7E0D7F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41B17F8" w14:textId="77777777" w:rsidR="00614D70" w:rsidRDefault="00000000">
            <w:pPr>
              <w:spacing w:line="240" w:lineRule="auto"/>
              <w:jc w:val="center"/>
            </w:pPr>
            <w:r>
              <w:t>24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E736A78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CC87495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12D3CB1" w14:textId="77777777" w:rsidR="00614D70" w:rsidRDefault="00614D70">
            <w:pPr>
              <w:spacing w:line="240" w:lineRule="auto"/>
              <w:jc w:val="center"/>
            </w:pPr>
          </w:p>
        </w:tc>
      </w:tr>
      <w:tr w:rsidR="00614D70" w14:paraId="3F484CB2" w14:textId="77777777" w:rsidTr="003650C8">
        <w:trPr>
          <w:cantSplit/>
          <w:trHeight w:hRule="exact" w:val="522"/>
          <w:jc w:val="center"/>
        </w:trPr>
        <w:tc>
          <w:tcPr>
            <w:tcW w:w="765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1D887A5" w14:textId="77777777" w:rsidR="00614D70" w:rsidRDefault="00000000">
            <w:pPr>
              <w:spacing w:line="240" w:lineRule="auto"/>
              <w:jc w:val="center"/>
            </w:pPr>
            <w:r>
              <w:t>25</w:t>
            </w:r>
          </w:p>
        </w:tc>
        <w:tc>
          <w:tcPr>
            <w:tcW w:w="2749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AD8A752" w14:textId="77777777" w:rsidR="00614D70" w:rsidRDefault="00614D70">
            <w:pPr>
              <w:spacing w:line="240" w:lineRule="auto"/>
              <w:jc w:val="center"/>
            </w:pPr>
          </w:p>
        </w:tc>
        <w:tc>
          <w:tcPr>
            <w:tcW w:w="277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497E195" w14:textId="77777777" w:rsidR="00614D70" w:rsidRDefault="00000000">
            <w:pPr>
              <w:spacing w:line="240" w:lineRule="auto"/>
            </w:pPr>
            <w:r>
              <w:rPr>
                <w:sz w:val="19"/>
              </w:rPr>
              <w:t>昭和　　　年　　月　　日</w:t>
            </w:r>
            <w:r>
              <w:rPr>
                <w:sz w:val="19"/>
              </w:rPr>
              <w:br/>
              <w:t>平成</w:t>
            </w:r>
          </w:p>
        </w:tc>
        <w:tc>
          <w:tcPr>
            <w:tcW w:w="7767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1B60772" w14:textId="77777777" w:rsidR="00614D70" w:rsidRDefault="00614D70">
            <w:pPr>
              <w:spacing w:line="240" w:lineRule="auto"/>
              <w:jc w:val="center"/>
            </w:pPr>
          </w:p>
        </w:tc>
      </w:tr>
    </w:tbl>
    <w:p w14:paraId="53B32FEB" w14:textId="77777777" w:rsidR="000F1FFB" w:rsidRDefault="000F1FFB"/>
    <w:sectPr w:rsidR="000F1FFB" w:rsidSect="00034616">
      <w:pgSz w:w="16838" w:h="11906" w:orient="landscape"/>
      <w:pgMar w:top="765" w:right="1162" w:bottom="70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erif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669974">
    <w:abstractNumId w:val="8"/>
  </w:num>
  <w:num w:numId="2" w16cid:durableId="45183203">
    <w:abstractNumId w:val="6"/>
  </w:num>
  <w:num w:numId="3" w16cid:durableId="199905003">
    <w:abstractNumId w:val="5"/>
  </w:num>
  <w:num w:numId="4" w16cid:durableId="1226260558">
    <w:abstractNumId w:val="4"/>
  </w:num>
  <w:num w:numId="5" w16cid:durableId="385223197">
    <w:abstractNumId w:val="7"/>
  </w:num>
  <w:num w:numId="6" w16cid:durableId="957687828">
    <w:abstractNumId w:val="3"/>
  </w:num>
  <w:num w:numId="7" w16cid:durableId="1437407770">
    <w:abstractNumId w:val="2"/>
  </w:num>
  <w:num w:numId="8" w16cid:durableId="539128655">
    <w:abstractNumId w:val="1"/>
  </w:num>
  <w:num w:numId="9" w16cid:durableId="1808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FFB"/>
    <w:rsid w:val="0015074B"/>
    <w:rsid w:val="0029639D"/>
    <w:rsid w:val="002F3693"/>
    <w:rsid w:val="00326F90"/>
    <w:rsid w:val="003650C8"/>
    <w:rsid w:val="00614D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86AEA3"/>
  <w14:defaultImageDpi w14:val="300"/>
  <w15:docId w15:val="{37E41746-8E49-495A-B02A-99FBAF62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erif CJK JP" w:eastAsia="Noto Serif CJK JP" w:hAnsi="Noto Serif CJK JP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菜摘 古澤</cp:lastModifiedBy>
  <cp:revision>2</cp:revision>
  <dcterms:created xsi:type="dcterms:W3CDTF">2013-12-23T23:15:00Z</dcterms:created>
  <dcterms:modified xsi:type="dcterms:W3CDTF">2026-09-14T01:36:00Z</dcterms:modified>
  <cp:category/>
</cp:coreProperties>
</file>